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FD" w:rsidRPr="004F1224" w:rsidRDefault="00DC1A19">
      <w:pPr>
        <w:pStyle w:val="Title"/>
        <w:jc w:val="center"/>
        <w:rPr>
          <w:rFonts w:ascii="Trebuchet MS" w:hAnsi="Trebuchet MS" w:cstheme="majorHAnsi"/>
          <w:b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BW Disrupt Social Impact Leadership Awards 2026</w:t>
      </w:r>
      <w:r w:rsidR="004F1224">
        <w:rPr>
          <w:rFonts w:ascii="Trebuchet MS" w:hAnsi="Trebuchet MS" w:cstheme="majorHAnsi"/>
          <w:b/>
          <w:sz w:val="20"/>
          <w:szCs w:val="20"/>
        </w:rPr>
        <w:t xml:space="preserve"> – Award Application</w:t>
      </w:r>
      <w:r w:rsidRPr="004F1224">
        <w:rPr>
          <w:rFonts w:ascii="Trebuchet MS" w:hAnsi="Trebuchet MS" w:cstheme="majorHAnsi"/>
          <w:b/>
          <w:sz w:val="20"/>
          <w:szCs w:val="20"/>
        </w:rPr>
        <w:t xml:space="preserve"> Form</w:t>
      </w:r>
      <w:r w:rsidR="002606D4">
        <w:rPr>
          <w:rFonts w:ascii="Trebuchet MS" w:hAnsi="Trebuchet MS" w:cstheme="majorHAnsi"/>
          <w:b/>
          <w:sz w:val="20"/>
          <w:szCs w:val="20"/>
        </w:rPr>
        <w:t xml:space="preserve"> - People</w:t>
      </w:r>
    </w:p>
    <w:p w:rsidR="004F1224" w:rsidRPr="004F1224" w:rsidRDefault="004F1224" w:rsidP="004F1224">
      <w:pPr>
        <w:rPr>
          <w:rFonts w:ascii="Trebuchet MS" w:hAnsi="Trebuchet MS"/>
          <w:b/>
          <w:color w:val="FF0000"/>
          <w:sz w:val="18"/>
          <w:szCs w:val="20"/>
        </w:rPr>
      </w:pPr>
      <w:r w:rsidRPr="004F1224">
        <w:rPr>
          <w:rFonts w:ascii="Trebuchet MS" w:hAnsi="Trebuchet MS"/>
          <w:b/>
          <w:sz w:val="18"/>
          <w:szCs w:val="20"/>
        </w:rPr>
        <w:t>*</w:t>
      </w:r>
      <w:r w:rsidRPr="004F1224">
        <w:rPr>
          <w:rFonts w:ascii="Trebuchet MS" w:hAnsi="Trebuchet MS"/>
          <w:b/>
          <w:color w:val="FF0000"/>
          <w:sz w:val="18"/>
          <w:szCs w:val="20"/>
        </w:rPr>
        <w:t xml:space="preserve">Please avoid changing the form layout or format. Give answers in word limit mentioned. Avoid heavy &amp; lengthy </w:t>
      </w:r>
      <w:proofErr w:type="spellStart"/>
      <w:r w:rsidRPr="004F1224">
        <w:rPr>
          <w:rFonts w:ascii="Trebuchet MS" w:hAnsi="Trebuchet MS"/>
          <w:b/>
          <w:color w:val="FF0000"/>
          <w:sz w:val="18"/>
          <w:szCs w:val="20"/>
        </w:rPr>
        <w:t>paragrapghs</w:t>
      </w:r>
      <w:proofErr w:type="spellEnd"/>
      <w:r>
        <w:rPr>
          <w:rFonts w:ascii="Trebuchet MS" w:hAnsi="Trebuchet MS"/>
          <w:b/>
          <w:color w:val="FF0000"/>
          <w:sz w:val="18"/>
          <w:szCs w:val="20"/>
        </w:rPr>
        <w:t xml:space="preserve">. Submit back word doc format only, no pdf or </w:t>
      </w:r>
      <w:proofErr w:type="spellStart"/>
      <w:r>
        <w:rPr>
          <w:rFonts w:ascii="Trebuchet MS" w:hAnsi="Trebuchet MS"/>
          <w:b/>
          <w:color w:val="FF0000"/>
          <w:sz w:val="18"/>
          <w:szCs w:val="20"/>
        </w:rPr>
        <w:t>ppt</w:t>
      </w:r>
      <w:proofErr w:type="spellEnd"/>
      <w:r>
        <w:rPr>
          <w:rFonts w:ascii="Trebuchet MS" w:hAnsi="Trebuchet MS"/>
          <w:b/>
          <w:color w:val="FF0000"/>
          <w:sz w:val="18"/>
          <w:szCs w:val="20"/>
        </w:rPr>
        <w:t xml:space="preserve"> would be accepted.</w:t>
      </w:r>
    </w:p>
    <w:p w:rsidR="00EE24FD" w:rsidRDefault="00DC1A19" w:rsidP="004F0783">
      <w:pPr>
        <w:pStyle w:val="Heading1"/>
        <w:ind w:left="2880" w:firstLine="720"/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Section A: Nominee Information</w:t>
      </w:r>
    </w:p>
    <w:p w:rsidR="004F1224" w:rsidRPr="004F1224" w:rsidRDefault="004F1224" w:rsidP="004F1224"/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 xml:space="preserve">Nominee </w:t>
      </w:r>
      <w:r w:rsidR="004F1224">
        <w:rPr>
          <w:rFonts w:ascii="Trebuchet MS" w:hAnsi="Trebuchet MS" w:cstheme="majorHAnsi"/>
          <w:sz w:val="20"/>
          <w:szCs w:val="20"/>
        </w:rPr>
        <w:t xml:space="preserve">Name: ___________ | </w:t>
      </w:r>
      <w:r w:rsidRPr="004F1224">
        <w:rPr>
          <w:rFonts w:ascii="Trebuchet MS" w:hAnsi="Trebuchet MS" w:cstheme="majorHAnsi"/>
          <w:sz w:val="20"/>
          <w:szCs w:val="20"/>
        </w:rPr>
        <w:t>Designation</w:t>
      </w:r>
      <w:r w:rsidR="00F82728">
        <w:rPr>
          <w:rFonts w:ascii="Trebuchet MS" w:hAnsi="Trebuchet MS" w:cstheme="majorHAnsi"/>
          <w:sz w:val="20"/>
          <w:szCs w:val="20"/>
        </w:rPr>
        <w:t xml:space="preserve"> (if any)</w:t>
      </w:r>
      <w:r w:rsidRPr="004F1224">
        <w:rPr>
          <w:rFonts w:ascii="Trebuchet MS" w:hAnsi="Trebuchet MS" w:cstheme="majorHAnsi"/>
          <w:sz w:val="20"/>
          <w:szCs w:val="20"/>
        </w:rPr>
        <w:t>: __________________________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Organiz</w:t>
      </w:r>
      <w:r w:rsidR="004F1224">
        <w:rPr>
          <w:rFonts w:ascii="Trebuchet MS" w:hAnsi="Trebuchet MS" w:cstheme="majorHAnsi"/>
          <w:sz w:val="20"/>
          <w:szCs w:val="20"/>
        </w:rPr>
        <w:t>ation</w:t>
      </w:r>
      <w:r w:rsidR="00F82728">
        <w:rPr>
          <w:rFonts w:ascii="Trebuchet MS" w:hAnsi="Trebuchet MS" w:cstheme="majorHAnsi"/>
          <w:sz w:val="20"/>
          <w:szCs w:val="20"/>
        </w:rPr>
        <w:t xml:space="preserve"> (if any)</w:t>
      </w:r>
      <w:r w:rsidR="004F1224">
        <w:rPr>
          <w:rFonts w:ascii="Trebuchet MS" w:hAnsi="Trebuchet MS" w:cstheme="majorHAnsi"/>
          <w:sz w:val="20"/>
          <w:szCs w:val="20"/>
        </w:rPr>
        <w:t>: ____________</w:t>
      </w:r>
      <w:r w:rsidRPr="004F1224">
        <w:rPr>
          <w:rFonts w:ascii="Trebuchet MS" w:hAnsi="Trebuchet MS" w:cstheme="majorHAnsi"/>
          <w:sz w:val="20"/>
          <w:szCs w:val="20"/>
        </w:rPr>
        <w:t>_</w:t>
      </w:r>
      <w:r w:rsidR="004F1224">
        <w:rPr>
          <w:rFonts w:ascii="Trebuchet MS" w:hAnsi="Trebuchet MS" w:cstheme="majorHAnsi"/>
          <w:sz w:val="20"/>
          <w:szCs w:val="20"/>
        </w:rPr>
        <w:t xml:space="preserve"> | </w:t>
      </w:r>
      <w:r w:rsidRPr="004F1224">
        <w:rPr>
          <w:rFonts w:ascii="Trebuchet MS" w:hAnsi="Trebuchet MS" w:cstheme="majorHAnsi"/>
          <w:sz w:val="20"/>
          <w:szCs w:val="20"/>
        </w:rPr>
        <w:t xml:space="preserve">Organization Type: </w:t>
      </w:r>
      <w:r w:rsidR="004F1224">
        <w:rPr>
          <w:rFonts w:ascii="Trebuchet MS" w:hAnsi="Trebuchet MS" w:cstheme="majorHAnsi"/>
          <w:sz w:val="20"/>
          <w:szCs w:val="20"/>
        </w:rPr>
        <w:t xml:space="preserve">_____________________| </w:t>
      </w:r>
      <w:r w:rsidRPr="004F1224">
        <w:rPr>
          <w:rFonts w:ascii="Trebuchet MS" w:hAnsi="Trebuchet MS" w:cstheme="majorHAnsi"/>
          <w:sz w:val="20"/>
          <w:szCs w:val="20"/>
        </w:rPr>
        <w:t>Se</w:t>
      </w:r>
      <w:r w:rsidR="004F1224">
        <w:rPr>
          <w:rFonts w:ascii="Trebuchet MS" w:hAnsi="Trebuchet MS" w:cstheme="majorHAnsi"/>
          <w:sz w:val="20"/>
          <w:szCs w:val="20"/>
        </w:rPr>
        <w:t>ctor: ____________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Years of Experi</w:t>
      </w:r>
      <w:r w:rsidR="004F1224">
        <w:rPr>
          <w:rFonts w:ascii="Trebuchet MS" w:hAnsi="Trebuchet MS" w:cstheme="majorHAnsi"/>
          <w:sz w:val="20"/>
          <w:szCs w:val="20"/>
        </w:rPr>
        <w:t>ence: ________</w:t>
      </w:r>
      <w:r w:rsidR="00F82728">
        <w:rPr>
          <w:rFonts w:ascii="Trebuchet MS" w:hAnsi="Trebuchet MS" w:cstheme="majorHAnsi"/>
          <w:sz w:val="20"/>
          <w:szCs w:val="20"/>
        </w:rPr>
        <w:t>______ | Age: ___________ | DOB: ________________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Official E</w:t>
      </w:r>
      <w:r w:rsidR="00047897">
        <w:rPr>
          <w:rFonts w:ascii="Trebuchet MS" w:hAnsi="Trebuchet MS" w:cstheme="majorHAnsi"/>
          <w:sz w:val="20"/>
          <w:szCs w:val="20"/>
        </w:rPr>
        <w:t xml:space="preserve">mail: _____________| </w:t>
      </w:r>
      <w:r w:rsidRPr="004F1224">
        <w:rPr>
          <w:rFonts w:ascii="Trebuchet MS" w:hAnsi="Trebuchet MS" w:cstheme="majorHAnsi"/>
          <w:sz w:val="20"/>
          <w:szCs w:val="20"/>
        </w:rPr>
        <w:t>Mobile Nu</w:t>
      </w:r>
      <w:r w:rsidR="00047897">
        <w:rPr>
          <w:rFonts w:ascii="Trebuchet MS" w:hAnsi="Trebuchet MS" w:cstheme="majorHAnsi"/>
          <w:sz w:val="20"/>
          <w:szCs w:val="20"/>
        </w:rPr>
        <w:t>mber: ________________________|</w:t>
      </w:r>
      <w:r w:rsidRPr="004F1224">
        <w:rPr>
          <w:rFonts w:ascii="Trebuchet MS" w:hAnsi="Trebuchet MS" w:cstheme="majorHAnsi"/>
          <w:sz w:val="20"/>
          <w:szCs w:val="20"/>
        </w:rPr>
        <w:t>Web</w:t>
      </w:r>
      <w:r w:rsidR="00047897">
        <w:rPr>
          <w:rFonts w:ascii="Trebuchet MS" w:hAnsi="Trebuchet MS" w:cstheme="majorHAnsi"/>
          <w:sz w:val="20"/>
          <w:szCs w:val="20"/>
        </w:rPr>
        <w:t>site: ____________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LinkedIn Profile: __________________________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>
        <w:rPr>
          <w:rFonts w:ascii="Trebuchet MS" w:hAnsi="Trebuchet MS" w:cstheme="majorHAnsi"/>
          <w:sz w:val="20"/>
          <w:szCs w:val="20"/>
        </w:rPr>
        <w:t>Correspondence Address: ___________________ | City: _________________</w:t>
      </w:r>
      <w:r w:rsidR="00047897">
        <w:rPr>
          <w:rFonts w:ascii="Trebuchet MS" w:hAnsi="Trebuchet MS" w:cstheme="majorHAnsi"/>
          <w:sz w:val="20"/>
          <w:szCs w:val="20"/>
        </w:rPr>
        <w:t xml:space="preserve"> | </w:t>
      </w:r>
      <w:r w:rsidRPr="004F1224">
        <w:rPr>
          <w:rFonts w:ascii="Trebuchet MS" w:hAnsi="Trebuchet MS" w:cstheme="majorHAnsi"/>
          <w:sz w:val="20"/>
          <w:szCs w:val="20"/>
        </w:rPr>
        <w:t>State: _______________</w:t>
      </w:r>
      <w:r w:rsidR="00F15BED">
        <w:rPr>
          <w:rFonts w:ascii="Trebuchet MS" w:hAnsi="Trebuchet MS" w:cstheme="majorHAnsi"/>
          <w:sz w:val="20"/>
          <w:szCs w:val="20"/>
        </w:rPr>
        <w:t>______</w:t>
      </w:r>
    </w:p>
    <w:p w:rsidR="00EE24FD" w:rsidRDefault="00DC1A19" w:rsidP="004F0783">
      <w:pPr>
        <w:pStyle w:val="Heading1"/>
        <w:ind w:left="2880" w:firstLine="720"/>
        <w:rPr>
          <w:rFonts w:ascii="Trebuchet MS" w:hAnsi="Trebuchet MS" w:cstheme="majorHAnsi"/>
          <w:sz w:val="20"/>
          <w:szCs w:val="20"/>
        </w:rPr>
      </w:pPr>
      <w:bookmarkStart w:id="0" w:name="_GoBack"/>
      <w:bookmarkEnd w:id="0"/>
      <w:r w:rsidRPr="004F1224">
        <w:rPr>
          <w:rFonts w:ascii="Trebuchet MS" w:hAnsi="Trebuchet MS" w:cstheme="majorHAnsi"/>
          <w:sz w:val="20"/>
          <w:szCs w:val="20"/>
        </w:rPr>
        <w:t>Section B: Professional Profile</w:t>
      </w:r>
    </w:p>
    <w:p w:rsidR="00F15BED" w:rsidRPr="00F15BED" w:rsidRDefault="00F15BED" w:rsidP="00F15BED"/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1. Brief Professional Profile (Max. 300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</w:t>
      </w:r>
    </w:p>
    <w:p w:rsidR="00EE24FD" w:rsidRPr="004F1224" w:rsidRDefault="00EE24FD" w:rsidP="004F1224">
      <w:pPr>
        <w:ind w:left="-567"/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2. Leadership Philosophy (Max. 250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4F1224" w:rsidRPr="004F1224" w:rsidRDefault="004F1224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3. Problem Statement (Max. 300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4. Your Solution (Max. 400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 w:rsidP="00047897">
      <w:pPr>
        <w:pStyle w:val="Heading1"/>
        <w:jc w:val="center"/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Section C: Impact Assessment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5. Key Achievements (Top 5)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6. Impact Metrics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Beneficiaries | Geography | Partners | Funds Mobilised (if applicable) | Other measurable outcomes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lastRenderedPageBreak/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7. Evidence of Impact (Max. 300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8. Innovation (Max. 300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9. Scalability (Max. 250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10. Sustainability (Max. 300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 w:rsidP="00047897">
      <w:pPr>
        <w:pStyle w:val="Heading1"/>
        <w:jc w:val="center"/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Section D: Leadership Excellence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11. Stakeholder Collaboration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Government / NGOs / Communities / Academia / Corporates / Investors / Others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12. Ethical Leadership (Max. 250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4F1224" w:rsidRPr="004F1224" w:rsidRDefault="004F1224">
      <w:pPr>
        <w:rPr>
          <w:rFonts w:ascii="Trebuchet MS" w:hAnsi="Trebuchet MS" w:cstheme="majorHAnsi"/>
          <w:b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13. Major Challenge &amp; Response (Max. 300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14. Future Vision (Max. 300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Default="00DC1A19" w:rsidP="002D3C8D">
      <w:pPr>
        <w:pStyle w:val="Heading1"/>
        <w:ind w:left="2160" w:firstLine="720"/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lastRenderedPageBreak/>
        <w:t xml:space="preserve">Section E: </w:t>
      </w:r>
      <w:r w:rsidR="002D3C8D" w:rsidRPr="00194062">
        <w:rPr>
          <w:rFonts w:ascii="Trebuchet MS" w:hAnsi="Trebuchet MS"/>
          <w:sz w:val="20"/>
          <w:szCs w:val="20"/>
        </w:rPr>
        <w:t>Achievements &amp;</w:t>
      </w:r>
      <w:r w:rsidR="002D3C8D">
        <w:rPr>
          <w:rFonts w:ascii="Trebuchet MS" w:hAnsi="Trebuchet MS"/>
          <w:sz w:val="20"/>
          <w:szCs w:val="20"/>
        </w:rPr>
        <w:t xml:space="preserve"> </w:t>
      </w:r>
      <w:r w:rsidRPr="004F1224">
        <w:rPr>
          <w:rFonts w:ascii="Trebuchet MS" w:hAnsi="Trebuchet MS" w:cstheme="majorHAnsi"/>
          <w:sz w:val="20"/>
          <w:szCs w:val="20"/>
        </w:rPr>
        <w:t>Recognition</w:t>
      </w:r>
    </w:p>
    <w:p w:rsidR="002D3C8D" w:rsidRPr="002D3C8D" w:rsidRDefault="002D3C8D" w:rsidP="002D3C8D"/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15. Previous Awards/Recognitions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16. Supporting Links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 w:rsidP="00047897">
      <w:pPr>
        <w:pStyle w:val="Heading1"/>
        <w:jc w:val="center"/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Section F: Supporting Documents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Upload</w:t>
      </w:r>
    </w:p>
    <w:p w:rsidR="00EE24FD" w:rsidRPr="004F1224" w:rsidRDefault="00047897">
      <w:pPr>
        <w:rPr>
          <w:rFonts w:ascii="Trebuchet MS" w:hAnsi="Trebuchet MS" w:cstheme="majorHAnsi"/>
          <w:sz w:val="20"/>
          <w:szCs w:val="20"/>
        </w:rPr>
      </w:pPr>
      <w:r>
        <w:rPr>
          <w:rFonts w:ascii="Trebuchet MS" w:hAnsi="Trebuchet MS" w:cstheme="majorHAnsi"/>
          <w:sz w:val="20"/>
          <w:szCs w:val="20"/>
        </w:rPr>
        <w:t>I</w:t>
      </w:r>
      <w:r w:rsidR="00DC1A19" w:rsidRPr="004F1224">
        <w:rPr>
          <w:rFonts w:ascii="Trebuchet MS" w:hAnsi="Trebuchet MS" w:cstheme="majorHAnsi"/>
          <w:sz w:val="20"/>
          <w:szCs w:val="20"/>
        </w:rPr>
        <w:t>mpact Report, Annual Report, CSR Report (if applicable), Case Studies, Testimonials, Media Coverage, Photos, Videos, Certifications</w:t>
      </w:r>
      <w:r w:rsidR="004F1224" w:rsidRPr="004F1224">
        <w:rPr>
          <w:rFonts w:ascii="Trebuchet MS" w:hAnsi="Trebuchet MS" w:cstheme="majorHAnsi"/>
          <w:sz w:val="20"/>
          <w:szCs w:val="20"/>
        </w:rPr>
        <w:t xml:space="preserve"> – </w:t>
      </w:r>
      <w:r w:rsidR="004F1224" w:rsidRPr="004F1224">
        <w:rPr>
          <w:rFonts w:ascii="Trebuchet MS" w:hAnsi="Trebuchet MS" w:cstheme="majorHAnsi"/>
          <w:b/>
          <w:sz w:val="20"/>
          <w:szCs w:val="20"/>
        </w:rPr>
        <w:t xml:space="preserve">any 3 documents – </w:t>
      </w:r>
      <w:proofErr w:type="gramStart"/>
      <w:r w:rsidR="004F1224" w:rsidRPr="004F1224">
        <w:rPr>
          <w:rFonts w:ascii="Trebuchet MS" w:hAnsi="Trebuchet MS" w:cstheme="majorHAnsi"/>
          <w:b/>
          <w:sz w:val="20"/>
          <w:szCs w:val="20"/>
        </w:rPr>
        <w:t>1 page</w:t>
      </w:r>
      <w:proofErr w:type="gramEnd"/>
      <w:r w:rsidR="004F1224" w:rsidRPr="004F1224">
        <w:rPr>
          <w:rFonts w:ascii="Trebuchet MS" w:hAnsi="Trebuchet MS" w:cstheme="majorHAnsi"/>
          <w:b/>
          <w:sz w:val="20"/>
          <w:szCs w:val="20"/>
        </w:rPr>
        <w:t xml:space="preserve"> format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EE24FD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F82728" w:rsidP="00047897">
      <w:pPr>
        <w:pStyle w:val="Heading1"/>
        <w:jc w:val="center"/>
        <w:rPr>
          <w:rFonts w:ascii="Trebuchet MS" w:hAnsi="Trebuchet MS" w:cstheme="majorHAnsi"/>
          <w:sz w:val="20"/>
          <w:szCs w:val="20"/>
        </w:rPr>
      </w:pPr>
      <w:r>
        <w:rPr>
          <w:rFonts w:ascii="Trebuchet MS" w:hAnsi="Trebuchet MS" w:cstheme="majorHAnsi"/>
          <w:sz w:val="20"/>
          <w:szCs w:val="20"/>
        </w:rPr>
        <w:t xml:space="preserve">Section G: </w:t>
      </w:r>
      <w:proofErr w:type="spellStart"/>
      <w:r>
        <w:rPr>
          <w:rFonts w:ascii="Trebuchet MS" w:hAnsi="Trebuchet MS" w:cstheme="majorHAnsi"/>
          <w:sz w:val="20"/>
          <w:szCs w:val="20"/>
        </w:rPr>
        <w:t xml:space="preserve">Self </w:t>
      </w:r>
      <w:r w:rsidR="00DC1A19" w:rsidRPr="004F1224">
        <w:rPr>
          <w:rFonts w:ascii="Trebuchet MS" w:hAnsi="Trebuchet MS" w:cstheme="majorHAnsi"/>
          <w:sz w:val="20"/>
          <w:szCs w:val="20"/>
        </w:rPr>
        <w:t>Assessment</w:t>
      </w:r>
      <w:proofErr w:type="spellEnd"/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Rate 1–10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Leadership, Innovation, Measurable Impact, Sustainability, Scalability, Governance, Community Engagement, Collaboration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48"/>
        <w:gridCol w:w="2648"/>
        <w:gridCol w:w="2648"/>
        <w:gridCol w:w="2648"/>
      </w:tblGrid>
      <w:tr w:rsidR="004F1224" w:rsidRPr="004F1224" w:rsidTr="004F1224">
        <w:trPr>
          <w:trHeight w:val="203"/>
          <w:jc w:val="center"/>
        </w:trPr>
        <w:tc>
          <w:tcPr>
            <w:tcW w:w="2648" w:type="dxa"/>
          </w:tcPr>
          <w:p w:rsidR="004F1224" w:rsidRPr="004F1224" w:rsidRDefault="004F1224" w:rsidP="004F1224">
            <w:pPr>
              <w:jc w:val="center"/>
              <w:rPr>
                <w:rFonts w:ascii="Trebuchet MS" w:hAnsi="Trebuchet MS" w:cstheme="majorHAnsi"/>
                <w:b/>
                <w:sz w:val="20"/>
                <w:szCs w:val="20"/>
              </w:rPr>
            </w:pPr>
            <w:r w:rsidRPr="004F1224">
              <w:rPr>
                <w:rFonts w:ascii="Trebuchet MS" w:hAnsi="Trebuchet MS" w:cstheme="majorHAnsi"/>
                <w:b/>
                <w:sz w:val="20"/>
                <w:szCs w:val="20"/>
              </w:rPr>
              <w:t>Leadership</w:t>
            </w:r>
          </w:p>
        </w:tc>
        <w:tc>
          <w:tcPr>
            <w:tcW w:w="2648" w:type="dxa"/>
          </w:tcPr>
          <w:p w:rsidR="004F1224" w:rsidRPr="004F1224" w:rsidRDefault="004F1224" w:rsidP="004F1224">
            <w:pPr>
              <w:jc w:val="center"/>
              <w:rPr>
                <w:rFonts w:ascii="Trebuchet MS" w:hAnsi="Trebuchet MS" w:cstheme="majorHAnsi"/>
                <w:b/>
                <w:sz w:val="20"/>
                <w:szCs w:val="20"/>
              </w:rPr>
            </w:pPr>
            <w:r w:rsidRPr="004F1224">
              <w:rPr>
                <w:rFonts w:ascii="Trebuchet MS" w:hAnsi="Trebuchet MS" w:cstheme="majorHAnsi"/>
                <w:b/>
                <w:sz w:val="20"/>
                <w:szCs w:val="20"/>
              </w:rPr>
              <w:t>Innovation</w:t>
            </w:r>
          </w:p>
        </w:tc>
        <w:tc>
          <w:tcPr>
            <w:tcW w:w="2648" w:type="dxa"/>
          </w:tcPr>
          <w:p w:rsidR="004F1224" w:rsidRPr="004F1224" w:rsidRDefault="004F1224" w:rsidP="004F1224">
            <w:pPr>
              <w:jc w:val="center"/>
              <w:rPr>
                <w:rFonts w:ascii="Trebuchet MS" w:hAnsi="Trebuchet MS" w:cstheme="majorHAnsi"/>
                <w:b/>
                <w:sz w:val="20"/>
                <w:szCs w:val="20"/>
              </w:rPr>
            </w:pPr>
            <w:r w:rsidRPr="004F1224">
              <w:rPr>
                <w:rFonts w:ascii="Trebuchet MS" w:hAnsi="Trebuchet MS" w:cstheme="majorHAnsi"/>
                <w:b/>
                <w:sz w:val="20"/>
                <w:szCs w:val="20"/>
              </w:rPr>
              <w:t>Measurable Impact</w:t>
            </w:r>
          </w:p>
        </w:tc>
        <w:tc>
          <w:tcPr>
            <w:tcW w:w="2648" w:type="dxa"/>
          </w:tcPr>
          <w:p w:rsidR="004F1224" w:rsidRPr="004F1224" w:rsidRDefault="004F1224" w:rsidP="004F1224">
            <w:pPr>
              <w:jc w:val="center"/>
              <w:rPr>
                <w:rFonts w:ascii="Trebuchet MS" w:hAnsi="Trebuchet MS" w:cstheme="majorHAnsi"/>
                <w:b/>
                <w:sz w:val="20"/>
                <w:szCs w:val="20"/>
              </w:rPr>
            </w:pPr>
            <w:r w:rsidRPr="004F1224">
              <w:rPr>
                <w:rFonts w:ascii="Trebuchet MS" w:hAnsi="Trebuchet MS" w:cstheme="majorHAnsi"/>
                <w:b/>
                <w:sz w:val="20"/>
                <w:szCs w:val="20"/>
              </w:rPr>
              <w:t>Sustainability</w:t>
            </w:r>
          </w:p>
        </w:tc>
      </w:tr>
      <w:tr w:rsidR="004F1224" w:rsidRPr="004F1224" w:rsidTr="004F1224">
        <w:trPr>
          <w:trHeight w:val="203"/>
          <w:jc w:val="center"/>
        </w:trPr>
        <w:tc>
          <w:tcPr>
            <w:tcW w:w="2648" w:type="dxa"/>
          </w:tcPr>
          <w:p w:rsidR="004F1224" w:rsidRPr="004F1224" w:rsidRDefault="004F1224">
            <w:pPr>
              <w:rPr>
                <w:rFonts w:ascii="Trebuchet MS" w:hAnsi="Trebuchet MS" w:cstheme="majorHAnsi"/>
                <w:b/>
                <w:sz w:val="20"/>
                <w:szCs w:val="20"/>
              </w:rPr>
            </w:pPr>
          </w:p>
        </w:tc>
        <w:tc>
          <w:tcPr>
            <w:tcW w:w="2648" w:type="dxa"/>
          </w:tcPr>
          <w:p w:rsidR="004F1224" w:rsidRPr="004F1224" w:rsidRDefault="004F1224">
            <w:pPr>
              <w:rPr>
                <w:rFonts w:ascii="Trebuchet MS" w:hAnsi="Trebuchet MS" w:cstheme="majorHAnsi"/>
                <w:b/>
                <w:sz w:val="20"/>
                <w:szCs w:val="20"/>
              </w:rPr>
            </w:pPr>
          </w:p>
        </w:tc>
        <w:tc>
          <w:tcPr>
            <w:tcW w:w="2648" w:type="dxa"/>
          </w:tcPr>
          <w:p w:rsidR="004F1224" w:rsidRPr="004F1224" w:rsidRDefault="004F1224" w:rsidP="004F1224">
            <w:pPr>
              <w:jc w:val="center"/>
              <w:rPr>
                <w:rFonts w:ascii="Trebuchet MS" w:hAnsi="Trebuchet MS" w:cstheme="majorHAnsi"/>
                <w:b/>
                <w:sz w:val="20"/>
                <w:szCs w:val="20"/>
              </w:rPr>
            </w:pPr>
          </w:p>
        </w:tc>
        <w:tc>
          <w:tcPr>
            <w:tcW w:w="2648" w:type="dxa"/>
          </w:tcPr>
          <w:p w:rsidR="004F1224" w:rsidRPr="004F1224" w:rsidRDefault="004F1224" w:rsidP="004F1224">
            <w:pPr>
              <w:jc w:val="center"/>
              <w:rPr>
                <w:rFonts w:ascii="Trebuchet MS" w:hAnsi="Trebuchet MS" w:cstheme="majorHAnsi"/>
                <w:b/>
                <w:sz w:val="20"/>
                <w:szCs w:val="20"/>
              </w:rPr>
            </w:pPr>
          </w:p>
        </w:tc>
      </w:tr>
      <w:tr w:rsidR="004F1224" w:rsidRPr="004F1224" w:rsidTr="004F1224">
        <w:trPr>
          <w:trHeight w:val="399"/>
          <w:jc w:val="center"/>
        </w:trPr>
        <w:tc>
          <w:tcPr>
            <w:tcW w:w="2648" w:type="dxa"/>
          </w:tcPr>
          <w:p w:rsidR="004F1224" w:rsidRPr="004F1224" w:rsidRDefault="004F1224" w:rsidP="004F1224">
            <w:pPr>
              <w:jc w:val="center"/>
              <w:rPr>
                <w:rFonts w:ascii="Trebuchet MS" w:hAnsi="Trebuchet MS" w:cstheme="majorHAnsi"/>
                <w:b/>
                <w:sz w:val="20"/>
                <w:szCs w:val="20"/>
              </w:rPr>
            </w:pPr>
            <w:r w:rsidRPr="004F1224">
              <w:rPr>
                <w:rFonts w:ascii="Trebuchet MS" w:hAnsi="Trebuchet MS" w:cstheme="majorHAnsi"/>
                <w:b/>
                <w:sz w:val="20"/>
                <w:szCs w:val="20"/>
              </w:rPr>
              <w:t>Governance</w:t>
            </w:r>
          </w:p>
        </w:tc>
        <w:tc>
          <w:tcPr>
            <w:tcW w:w="2648" w:type="dxa"/>
          </w:tcPr>
          <w:p w:rsidR="004F1224" w:rsidRPr="004F1224" w:rsidRDefault="004F1224" w:rsidP="004F1224">
            <w:pPr>
              <w:jc w:val="center"/>
              <w:rPr>
                <w:rFonts w:ascii="Trebuchet MS" w:hAnsi="Trebuchet MS" w:cstheme="majorHAnsi"/>
                <w:b/>
                <w:sz w:val="20"/>
                <w:szCs w:val="20"/>
              </w:rPr>
            </w:pPr>
            <w:r w:rsidRPr="004F1224">
              <w:rPr>
                <w:rFonts w:ascii="Trebuchet MS" w:hAnsi="Trebuchet MS" w:cstheme="majorHAnsi"/>
                <w:b/>
                <w:sz w:val="20"/>
                <w:szCs w:val="20"/>
              </w:rPr>
              <w:t>Community Engagement</w:t>
            </w:r>
          </w:p>
        </w:tc>
        <w:tc>
          <w:tcPr>
            <w:tcW w:w="2648" w:type="dxa"/>
          </w:tcPr>
          <w:p w:rsidR="004F1224" w:rsidRPr="004F1224" w:rsidRDefault="004F1224" w:rsidP="004F1224">
            <w:pPr>
              <w:jc w:val="center"/>
              <w:rPr>
                <w:rFonts w:ascii="Trebuchet MS" w:hAnsi="Trebuchet MS" w:cstheme="majorHAnsi"/>
                <w:b/>
                <w:sz w:val="20"/>
                <w:szCs w:val="20"/>
              </w:rPr>
            </w:pPr>
            <w:r w:rsidRPr="004F1224">
              <w:rPr>
                <w:rFonts w:ascii="Trebuchet MS" w:hAnsi="Trebuchet MS" w:cstheme="majorHAnsi"/>
                <w:b/>
                <w:sz w:val="20"/>
                <w:szCs w:val="20"/>
              </w:rPr>
              <w:t>Collaboration</w:t>
            </w:r>
          </w:p>
        </w:tc>
        <w:tc>
          <w:tcPr>
            <w:tcW w:w="2648" w:type="dxa"/>
          </w:tcPr>
          <w:p w:rsidR="004F1224" w:rsidRPr="004F1224" w:rsidRDefault="004F1224" w:rsidP="004F1224">
            <w:pPr>
              <w:jc w:val="center"/>
              <w:rPr>
                <w:rFonts w:ascii="Trebuchet MS" w:hAnsi="Trebuchet MS" w:cstheme="majorHAnsi"/>
                <w:b/>
                <w:sz w:val="20"/>
                <w:szCs w:val="20"/>
              </w:rPr>
            </w:pPr>
            <w:r w:rsidRPr="004F1224">
              <w:rPr>
                <w:rFonts w:ascii="Trebuchet MS" w:hAnsi="Trebuchet MS" w:cstheme="majorHAnsi"/>
                <w:b/>
                <w:sz w:val="20"/>
                <w:szCs w:val="20"/>
              </w:rPr>
              <w:t>Scalability</w:t>
            </w:r>
          </w:p>
        </w:tc>
      </w:tr>
      <w:tr w:rsidR="004F1224" w:rsidRPr="004F1224" w:rsidTr="004F1224">
        <w:trPr>
          <w:trHeight w:val="203"/>
          <w:jc w:val="center"/>
        </w:trPr>
        <w:tc>
          <w:tcPr>
            <w:tcW w:w="2648" w:type="dxa"/>
          </w:tcPr>
          <w:p w:rsidR="004F1224" w:rsidRPr="004F1224" w:rsidRDefault="004F1224">
            <w:pPr>
              <w:rPr>
                <w:rFonts w:ascii="Trebuchet MS" w:hAnsi="Trebuchet MS" w:cstheme="majorHAnsi"/>
                <w:b/>
                <w:sz w:val="20"/>
                <w:szCs w:val="20"/>
              </w:rPr>
            </w:pPr>
          </w:p>
        </w:tc>
        <w:tc>
          <w:tcPr>
            <w:tcW w:w="2648" w:type="dxa"/>
          </w:tcPr>
          <w:p w:rsidR="004F1224" w:rsidRPr="004F1224" w:rsidRDefault="004F1224">
            <w:pPr>
              <w:rPr>
                <w:rFonts w:ascii="Trebuchet MS" w:hAnsi="Trebuchet MS" w:cstheme="majorHAnsi"/>
                <w:b/>
                <w:sz w:val="20"/>
                <w:szCs w:val="20"/>
              </w:rPr>
            </w:pPr>
          </w:p>
        </w:tc>
        <w:tc>
          <w:tcPr>
            <w:tcW w:w="2648" w:type="dxa"/>
          </w:tcPr>
          <w:p w:rsidR="004F1224" w:rsidRPr="004F1224" w:rsidRDefault="004F1224">
            <w:pPr>
              <w:rPr>
                <w:rFonts w:ascii="Trebuchet MS" w:hAnsi="Trebuchet MS" w:cstheme="majorHAnsi"/>
                <w:b/>
                <w:sz w:val="20"/>
                <w:szCs w:val="20"/>
              </w:rPr>
            </w:pPr>
          </w:p>
        </w:tc>
        <w:tc>
          <w:tcPr>
            <w:tcW w:w="2648" w:type="dxa"/>
          </w:tcPr>
          <w:p w:rsidR="004F1224" w:rsidRPr="004F1224" w:rsidRDefault="004F1224">
            <w:pPr>
              <w:rPr>
                <w:rFonts w:ascii="Trebuchet MS" w:hAnsi="Trebuchet MS" w:cstheme="majorHAnsi"/>
                <w:b/>
                <w:sz w:val="20"/>
                <w:szCs w:val="20"/>
              </w:rPr>
            </w:pPr>
          </w:p>
        </w:tc>
      </w:tr>
    </w:tbl>
    <w:p w:rsidR="004F1224" w:rsidRPr="004F1224" w:rsidRDefault="004F1224">
      <w:pPr>
        <w:rPr>
          <w:rFonts w:ascii="Trebuchet MS" w:hAnsi="Trebuchet MS" w:cstheme="majorHAnsi"/>
          <w:sz w:val="20"/>
          <w:szCs w:val="20"/>
        </w:rPr>
      </w:pP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b/>
          <w:sz w:val="20"/>
          <w:szCs w:val="20"/>
        </w:rPr>
        <w:t>17. Why should you receive this award? (Max. 200 words)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____________________________________________________________________</w:t>
      </w:r>
      <w:r w:rsidR="004F1224" w:rsidRPr="004F1224">
        <w:rPr>
          <w:rFonts w:ascii="Trebuchet MS" w:hAnsi="Trebuchet MS" w:cstheme="majorHAnsi"/>
          <w:sz w:val="20"/>
          <w:szCs w:val="20"/>
        </w:rPr>
        <w:t>_______________________________</w:t>
      </w:r>
    </w:p>
    <w:p w:rsidR="00EE24FD" w:rsidRPr="004F1224" w:rsidRDefault="00DC1A19">
      <w:pPr>
        <w:pStyle w:val="Heading1"/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Declaration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I hereby declare that the information submitted is true and complete to the best of my knowledge. I authorize BW Businessworld to use non-confidential information for evaluation and promotional purposes related to the awards.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Name: __________________________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Designation: __________________________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Organization: __________________________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Date: __________________________</w:t>
      </w:r>
    </w:p>
    <w:p w:rsidR="00EE24FD" w:rsidRPr="004F1224" w:rsidRDefault="00DC1A19">
      <w:pPr>
        <w:rPr>
          <w:rFonts w:ascii="Trebuchet MS" w:hAnsi="Trebuchet MS" w:cstheme="majorHAnsi"/>
          <w:sz w:val="20"/>
          <w:szCs w:val="20"/>
        </w:rPr>
      </w:pPr>
      <w:r w:rsidRPr="004F1224">
        <w:rPr>
          <w:rFonts w:ascii="Trebuchet MS" w:hAnsi="Trebuchet MS" w:cstheme="majorHAnsi"/>
          <w:sz w:val="20"/>
          <w:szCs w:val="20"/>
        </w:rPr>
        <w:t>Signature: __________________________</w:t>
      </w:r>
    </w:p>
    <w:sectPr w:rsidR="00EE24FD" w:rsidRPr="004F1224" w:rsidSect="004F1224">
      <w:pgSz w:w="12240" w:h="15840"/>
      <w:pgMar w:top="284" w:right="474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7897"/>
    <w:rsid w:val="0006063C"/>
    <w:rsid w:val="0015074B"/>
    <w:rsid w:val="002606D4"/>
    <w:rsid w:val="002726FC"/>
    <w:rsid w:val="0029639D"/>
    <w:rsid w:val="002D3C8D"/>
    <w:rsid w:val="00326F90"/>
    <w:rsid w:val="0043596E"/>
    <w:rsid w:val="004F0783"/>
    <w:rsid w:val="004F1224"/>
    <w:rsid w:val="00AA1D8D"/>
    <w:rsid w:val="00B47730"/>
    <w:rsid w:val="00CB0664"/>
    <w:rsid w:val="00DC1A19"/>
    <w:rsid w:val="00EE24FD"/>
    <w:rsid w:val="00F15BED"/>
    <w:rsid w:val="00F8272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A19FB9"/>
  <w14:defaultImageDpi w14:val="300"/>
  <w15:docId w15:val="{75702446-E661-4AF2-97A2-5923D49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726B0F-CF52-481E-B3C6-1B3AFB0C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Devika</cp:lastModifiedBy>
  <cp:revision>9</cp:revision>
  <dcterms:created xsi:type="dcterms:W3CDTF">2013-12-23T23:15:00Z</dcterms:created>
  <dcterms:modified xsi:type="dcterms:W3CDTF">2026-07-25T05:01:00Z</dcterms:modified>
  <cp:category/>
</cp:coreProperties>
</file>