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0E4" w:rsidRPr="00194062" w:rsidRDefault="00513B68" w:rsidP="00194062">
      <w:pPr>
        <w:pStyle w:val="Title"/>
        <w:ind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 xml:space="preserve">BW Disrupt Social Impact </w:t>
      </w:r>
      <w:r w:rsidR="00194062">
        <w:rPr>
          <w:rFonts w:ascii="Trebuchet MS" w:hAnsi="Trebuchet MS"/>
          <w:sz w:val="20"/>
          <w:szCs w:val="20"/>
        </w:rPr>
        <w:t xml:space="preserve">Leadership </w:t>
      </w:r>
      <w:r w:rsidRPr="00194062">
        <w:rPr>
          <w:rFonts w:ascii="Trebuchet MS" w:hAnsi="Trebuchet MS"/>
          <w:sz w:val="20"/>
          <w:szCs w:val="20"/>
        </w:rPr>
        <w:t>Awards 2026</w:t>
      </w:r>
      <w:r w:rsidR="00194062">
        <w:rPr>
          <w:rFonts w:ascii="Trebuchet MS" w:hAnsi="Trebuchet MS"/>
          <w:sz w:val="20"/>
          <w:szCs w:val="20"/>
        </w:rPr>
        <w:t xml:space="preserve"> – Award Application</w:t>
      </w:r>
      <w:r w:rsidRPr="00194062">
        <w:rPr>
          <w:rFonts w:ascii="Trebuchet MS" w:hAnsi="Trebuchet MS"/>
          <w:sz w:val="20"/>
          <w:szCs w:val="20"/>
        </w:rPr>
        <w:t xml:space="preserve"> Form</w:t>
      </w:r>
      <w:r w:rsidR="00194062">
        <w:rPr>
          <w:rFonts w:ascii="Trebuchet MS" w:hAnsi="Trebuchet MS"/>
          <w:sz w:val="20"/>
          <w:szCs w:val="20"/>
        </w:rPr>
        <w:t xml:space="preserve"> - </w:t>
      </w:r>
      <w:r w:rsidR="00194062" w:rsidRPr="00194062">
        <w:rPr>
          <w:rFonts w:ascii="Trebuchet MS" w:hAnsi="Trebuchet MS"/>
          <w:sz w:val="20"/>
          <w:szCs w:val="20"/>
        </w:rPr>
        <w:t>Organization</w:t>
      </w:r>
    </w:p>
    <w:p w:rsidR="00194062" w:rsidRPr="004F1224" w:rsidRDefault="00194062" w:rsidP="00194062">
      <w:pPr>
        <w:rPr>
          <w:rFonts w:ascii="Trebuchet MS" w:hAnsi="Trebuchet MS"/>
          <w:b/>
          <w:color w:val="FF0000"/>
          <w:sz w:val="18"/>
          <w:szCs w:val="20"/>
        </w:rPr>
      </w:pPr>
      <w:r w:rsidRPr="004F1224">
        <w:rPr>
          <w:rFonts w:ascii="Trebuchet MS" w:hAnsi="Trebuchet MS"/>
          <w:b/>
          <w:sz w:val="18"/>
          <w:szCs w:val="20"/>
        </w:rPr>
        <w:t>*</w:t>
      </w:r>
      <w:r w:rsidRPr="004F1224">
        <w:rPr>
          <w:rFonts w:ascii="Trebuchet MS" w:hAnsi="Trebuchet MS"/>
          <w:b/>
          <w:color w:val="FF0000"/>
          <w:sz w:val="18"/>
          <w:szCs w:val="20"/>
        </w:rPr>
        <w:t xml:space="preserve">Please avoid changing the form layout or format. Give answers in word limit mentioned. Avoid heavy &amp; lengthy </w:t>
      </w:r>
      <w:proofErr w:type="spellStart"/>
      <w:r w:rsidRPr="004F1224">
        <w:rPr>
          <w:rFonts w:ascii="Trebuchet MS" w:hAnsi="Trebuchet MS"/>
          <w:b/>
          <w:color w:val="FF0000"/>
          <w:sz w:val="18"/>
          <w:szCs w:val="20"/>
        </w:rPr>
        <w:t>paragrapghs</w:t>
      </w:r>
      <w:proofErr w:type="spellEnd"/>
      <w:r>
        <w:rPr>
          <w:rFonts w:ascii="Trebuchet MS" w:hAnsi="Trebuchet MS"/>
          <w:b/>
          <w:color w:val="FF0000"/>
          <w:sz w:val="18"/>
          <w:szCs w:val="20"/>
        </w:rPr>
        <w:t xml:space="preserve">. Submit back word doc format only, no pdf or </w:t>
      </w:r>
      <w:proofErr w:type="spellStart"/>
      <w:r>
        <w:rPr>
          <w:rFonts w:ascii="Trebuchet MS" w:hAnsi="Trebuchet MS"/>
          <w:b/>
          <w:color w:val="FF0000"/>
          <w:sz w:val="18"/>
          <w:szCs w:val="20"/>
        </w:rPr>
        <w:t>ppt</w:t>
      </w:r>
      <w:proofErr w:type="spellEnd"/>
      <w:r>
        <w:rPr>
          <w:rFonts w:ascii="Trebuchet MS" w:hAnsi="Trebuchet MS"/>
          <w:b/>
          <w:color w:val="FF0000"/>
          <w:sz w:val="18"/>
          <w:szCs w:val="20"/>
        </w:rPr>
        <w:t xml:space="preserve"> would be accepted.</w:t>
      </w:r>
    </w:p>
    <w:p w:rsidR="00D450E4" w:rsidRDefault="00513B68" w:rsidP="00194062">
      <w:pPr>
        <w:pStyle w:val="Heading1"/>
        <w:ind w:left="2749" w:firstLine="851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A: Organization Profile</w:t>
      </w:r>
    </w:p>
    <w:p w:rsidR="00194062" w:rsidRPr="00194062" w:rsidRDefault="00194062" w:rsidP="00194062"/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 xml:space="preserve">Organization </w:t>
      </w:r>
      <w:r w:rsidR="00194062">
        <w:rPr>
          <w:rFonts w:ascii="Trebuchet MS" w:hAnsi="Trebuchet MS"/>
          <w:sz w:val="20"/>
          <w:szCs w:val="20"/>
        </w:rPr>
        <w:t xml:space="preserve">Name: _________________________ | </w:t>
      </w:r>
      <w:r w:rsidRPr="00194062">
        <w:rPr>
          <w:rFonts w:ascii="Trebuchet MS" w:hAnsi="Trebuchet MS"/>
          <w:sz w:val="20"/>
          <w:szCs w:val="20"/>
        </w:rPr>
        <w:t xml:space="preserve">Organization </w:t>
      </w:r>
      <w:r w:rsidR="00194062">
        <w:rPr>
          <w:rFonts w:ascii="Trebuchet MS" w:hAnsi="Trebuchet MS"/>
          <w:sz w:val="20"/>
          <w:szCs w:val="20"/>
        </w:rPr>
        <w:t>Type: 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Sector: __________________________</w:t>
      </w:r>
      <w:r w:rsidR="00194062">
        <w:rPr>
          <w:rFonts w:ascii="Trebuchet MS" w:hAnsi="Trebuchet MS"/>
          <w:sz w:val="20"/>
          <w:szCs w:val="20"/>
        </w:rPr>
        <w:t xml:space="preserve"> | </w:t>
      </w:r>
      <w:r w:rsidRPr="00194062">
        <w:rPr>
          <w:rFonts w:ascii="Trebuchet MS" w:hAnsi="Trebuchet MS"/>
          <w:sz w:val="20"/>
          <w:szCs w:val="20"/>
        </w:rPr>
        <w:t>Year of Establishment: __________________________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Headquarters: __________________________</w:t>
      </w:r>
      <w:r w:rsidR="00194062">
        <w:rPr>
          <w:rFonts w:ascii="Trebuchet MS" w:hAnsi="Trebuchet MS"/>
          <w:sz w:val="20"/>
          <w:szCs w:val="20"/>
        </w:rPr>
        <w:t xml:space="preserve"> | </w:t>
      </w:r>
      <w:r w:rsidRPr="00194062">
        <w:rPr>
          <w:rFonts w:ascii="Trebuchet MS" w:hAnsi="Trebuchet MS"/>
          <w:sz w:val="20"/>
          <w:szCs w:val="20"/>
        </w:rPr>
        <w:t>Website: __________________________</w:t>
      </w:r>
      <w:r w:rsidR="00194062">
        <w:rPr>
          <w:rFonts w:ascii="Trebuchet MS" w:hAnsi="Trebuchet MS"/>
          <w:sz w:val="20"/>
          <w:szCs w:val="20"/>
        </w:rPr>
        <w:t>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LinkedIn: __________________________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Number of E</w:t>
      </w:r>
      <w:r w:rsidRPr="00194062">
        <w:rPr>
          <w:rFonts w:ascii="Trebuchet MS" w:hAnsi="Trebuchet MS"/>
          <w:sz w:val="20"/>
          <w:szCs w:val="20"/>
        </w:rPr>
        <w:t>mplo</w:t>
      </w:r>
      <w:r w:rsidR="00194062">
        <w:rPr>
          <w:rFonts w:ascii="Trebuchet MS" w:hAnsi="Trebuchet MS"/>
          <w:sz w:val="20"/>
          <w:szCs w:val="20"/>
        </w:rPr>
        <w:t xml:space="preserve">yees: _____| </w:t>
      </w:r>
      <w:r w:rsidRPr="00194062">
        <w:rPr>
          <w:rFonts w:ascii="Trebuchet MS" w:hAnsi="Trebuchet MS"/>
          <w:sz w:val="20"/>
          <w:szCs w:val="20"/>
        </w:rPr>
        <w:t>Number of Beneficia</w:t>
      </w:r>
      <w:r w:rsidR="00194062">
        <w:rPr>
          <w:rFonts w:ascii="Trebuchet MS" w:hAnsi="Trebuchet MS"/>
          <w:sz w:val="20"/>
          <w:szCs w:val="20"/>
        </w:rPr>
        <w:t xml:space="preserve">ries: __________ | </w:t>
      </w:r>
      <w:r w:rsidRPr="00194062">
        <w:rPr>
          <w:rFonts w:ascii="Trebuchet MS" w:hAnsi="Trebuchet MS"/>
          <w:sz w:val="20"/>
          <w:szCs w:val="20"/>
        </w:rPr>
        <w:t>Annual Turnover/Budget (Optio</w:t>
      </w:r>
      <w:r w:rsidR="00194062">
        <w:rPr>
          <w:rFonts w:ascii="Trebuchet MS" w:hAnsi="Trebuchet MS"/>
          <w:sz w:val="20"/>
          <w:szCs w:val="20"/>
        </w:rPr>
        <w:t>nal): 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Person to Interact with Jury</w:t>
      </w:r>
      <w:bookmarkStart w:id="0" w:name="_GoBack"/>
      <w:bookmarkEnd w:id="0"/>
      <w:r w:rsidRPr="00194062">
        <w:rPr>
          <w:rFonts w:ascii="Trebuchet MS" w:hAnsi="Trebuchet MS"/>
          <w:sz w:val="20"/>
          <w:szCs w:val="20"/>
        </w:rPr>
        <w:t>: __________________________</w:t>
      </w:r>
      <w:r w:rsidR="00194062">
        <w:rPr>
          <w:rFonts w:ascii="Trebuchet MS" w:hAnsi="Trebuchet MS"/>
          <w:sz w:val="20"/>
          <w:szCs w:val="20"/>
        </w:rPr>
        <w:t xml:space="preserve"> | </w:t>
      </w:r>
      <w:r w:rsidRPr="00194062">
        <w:rPr>
          <w:rFonts w:ascii="Trebuchet MS" w:hAnsi="Trebuchet MS"/>
          <w:sz w:val="20"/>
          <w:szCs w:val="20"/>
        </w:rPr>
        <w:t>Designation: __________________________</w:t>
      </w:r>
    </w:p>
    <w:p w:rsidR="00D450E4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Email: _______________</w:t>
      </w:r>
      <w:r w:rsidRPr="00194062">
        <w:rPr>
          <w:rFonts w:ascii="Trebuchet MS" w:hAnsi="Trebuchet MS"/>
          <w:sz w:val="20"/>
          <w:szCs w:val="20"/>
        </w:rPr>
        <w:t>___________</w:t>
      </w:r>
      <w:r w:rsidR="00194062">
        <w:rPr>
          <w:rFonts w:ascii="Trebuchet MS" w:hAnsi="Trebuchet MS"/>
          <w:sz w:val="20"/>
          <w:szCs w:val="20"/>
        </w:rPr>
        <w:t xml:space="preserve">________ | </w:t>
      </w:r>
      <w:r w:rsidRPr="00194062">
        <w:rPr>
          <w:rFonts w:ascii="Trebuchet MS" w:hAnsi="Trebuchet MS"/>
          <w:sz w:val="20"/>
          <w:szCs w:val="20"/>
        </w:rPr>
        <w:t>Mobile: __________________________</w:t>
      </w:r>
    </w:p>
    <w:p w:rsidR="00194062" w:rsidRPr="004F1224" w:rsidRDefault="00194062" w:rsidP="00194062">
      <w:pPr>
        <w:rPr>
          <w:rFonts w:ascii="Trebuchet MS" w:hAnsi="Trebuchet MS" w:cstheme="majorHAnsi"/>
          <w:sz w:val="20"/>
          <w:szCs w:val="20"/>
        </w:rPr>
      </w:pPr>
      <w:r>
        <w:rPr>
          <w:rFonts w:ascii="Trebuchet MS" w:hAnsi="Trebuchet MS" w:cstheme="majorHAnsi"/>
          <w:sz w:val="20"/>
          <w:szCs w:val="20"/>
        </w:rPr>
        <w:t>Corresponden</w:t>
      </w:r>
      <w:r>
        <w:rPr>
          <w:rFonts w:ascii="Trebuchet MS" w:hAnsi="Trebuchet MS" w:cstheme="majorHAnsi"/>
          <w:sz w:val="20"/>
          <w:szCs w:val="20"/>
        </w:rPr>
        <w:t>ce Address: ___________________</w:t>
      </w:r>
      <w:r>
        <w:rPr>
          <w:rFonts w:ascii="Trebuchet MS" w:hAnsi="Trebuchet MS" w:cstheme="majorHAnsi"/>
          <w:sz w:val="20"/>
          <w:szCs w:val="20"/>
        </w:rPr>
        <w:t xml:space="preserve">| City: _________________ | </w:t>
      </w:r>
      <w:r w:rsidRPr="004F1224">
        <w:rPr>
          <w:rFonts w:ascii="Trebuchet MS" w:hAnsi="Trebuchet MS" w:cstheme="majorHAnsi"/>
          <w:sz w:val="20"/>
          <w:szCs w:val="20"/>
        </w:rPr>
        <w:t>State: _______________</w:t>
      </w:r>
      <w:r>
        <w:rPr>
          <w:rFonts w:ascii="Trebuchet MS" w:hAnsi="Trebuchet MS" w:cstheme="majorHAnsi"/>
          <w:sz w:val="20"/>
          <w:szCs w:val="20"/>
        </w:rPr>
        <w:t>______</w:t>
      </w:r>
    </w:p>
    <w:p w:rsidR="00194062" w:rsidRPr="00194062" w:rsidRDefault="00194062">
      <w:pPr>
        <w:rPr>
          <w:rFonts w:ascii="Trebuchet MS" w:hAnsi="Trebuchet MS"/>
          <w:sz w:val="20"/>
          <w:szCs w:val="20"/>
        </w:rPr>
      </w:pPr>
    </w:p>
    <w:p w:rsidR="00D450E4" w:rsidRPr="00194062" w:rsidRDefault="00513B68" w:rsidP="00194062">
      <w:pPr>
        <w:pStyle w:val="Heading1"/>
        <w:ind w:left="2160"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B: About the Organization</w:t>
      </w:r>
    </w:p>
    <w:p w:rsidR="00D450E4" w:rsidRPr="00194062" w:rsidRDefault="00513B68" w:rsidP="00194062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1. Brief overview of your organization, vision, mission and core areas of work (Max. 300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194062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2. Wh</w:t>
      </w:r>
      <w:r w:rsidRPr="00194062">
        <w:rPr>
          <w:rFonts w:ascii="Trebuchet MS" w:hAnsi="Trebuchet MS"/>
          <w:sz w:val="20"/>
          <w:szCs w:val="20"/>
        </w:rPr>
        <w:t>at social or developmental challenge does your organization address? (Max. 250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194062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3. Describe the flagship initiative/programme for this nomination (Max. 500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</w:t>
      </w:r>
      <w:r w:rsidRPr="00194062">
        <w:rPr>
          <w:rFonts w:ascii="Trebuchet MS" w:hAnsi="Trebuchet MS"/>
          <w:sz w:val="20"/>
          <w:szCs w:val="20"/>
        </w:rPr>
        <w:t>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Default="00513B68" w:rsidP="00334685">
      <w:pPr>
        <w:pStyle w:val="Heading1"/>
        <w:ind w:left="2160"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C: Organizational Impact</w:t>
      </w:r>
    </w:p>
    <w:p w:rsidR="00334685" w:rsidRPr="00334685" w:rsidRDefault="00334685" w:rsidP="00334685"/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4. Share measurable impact created during the last three years.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5. How does your organiz</w:t>
      </w:r>
      <w:r w:rsidRPr="00194062">
        <w:rPr>
          <w:rFonts w:ascii="Trebuchet MS" w:hAnsi="Trebuchet MS"/>
          <w:sz w:val="20"/>
          <w:szCs w:val="20"/>
        </w:rPr>
        <w:t>ation measure and evaluate impact? (Max. 300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lastRenderedPageBreak/>
        <w:t>6. Share one or two case studies demonstrating measurable impact. (Max. 400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Default="00513B68" w:rsidP="00334685">
      <w:pPr>
        <w:pStyle w:val="Heading1"/>
        <w:ind w:left="2880"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D: Innovation</w:t>
      </w:r>
    </w:p>
    <w:p w:rsidR="00513B68" w:rsidRPr="00513B68" w:rsidRDefault="00513B68" w:rsidP="00513B68"/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7. What makes your organization unique and innovative? (Max. 350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8. Explain you</w:t>
      </w:r>
      <w:r w:rsidRPr="00194062">
        <w:rPr>
          <w:rFonts w:ascii="Trebuchet MS" w:hAnsi="Trebuchet MS"/>
          <w:sz w:val="20"/>
          <w:szCs w:val="20"/>
        </w:rPr>
        <w:t>r use of AI, digital technologies, data or innovation to enhance impact. (Max. 250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Default="00513B68" w:rsidP="00334685">
      <w:pPr>
        <w:pStyle w:val="Heading1"/>
        <w:ind w:left="288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E: Leadership &amp; Governance</w:t>
      </w:r>
    </w:p>
    <w:p w:rsidR="00513B68" w:rsidRPr="00513B68" w:rsidRDefault="00513B68" w:rsidP="00513B68"/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9. Describe your governance framework. (Max. 300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</w:t>
      </w: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10. Describe stakeholder engagement.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11. How does your organization promote Diversity, Equity &amp; Inclusion? (M</w:t>
      </w:r>
      <w:r w:rsidRPr="00194062">
        <w:rPr>
          <w:rFonts w:ascii="Trebuchet MS" w:hAnsi="Trebuchet MS"/>
          <w:sz w:val="20"/>
          <w:szCs w:val="20"/>
        </w:rPr>
        <w:t>ax. 250 words)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Default="00513B68" w:rsidP="00334685">
      <w:pPr>
        <w:pStyle w:val="Heading1"/>
        <w:ind w:left="2160"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F: Sustainability &amp; Growth</w:t>
      </w:r>
    </w:p>
    <w:p w:rsidR="00513B68" w:rsidRPr="00513B68" w:rsidRDefault="00513B68" w:rsidP="00513B68"/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12. Explain financial and operational sustainability.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 xml:space="preserve">13. </w:t>
      </w:r>
      <w:r w:rsidRPr="00194062">
        <w:rPr>
          <w:rFonts w:ascii="Trebuchet MS" w:hAnsi="Trebuchet MS"/>
          <w:sz w:val="20"/>
          <w:szCs w:val="20"/>
        </w:rPr>
        <w:t>Future expansion plans (3–5 years).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14. How scalable is your model?</w:t>
      </w:r>
    </w:p>
    <w:p w:rsidR="00334685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lastRenderedPageBreak/>
        <w:br/>
      </w:r>
    </w:p>
    <w:p w:rsidR="00D450E4" w:rsidRPr="00194062" w:rsidRDefault="00513B68" w:rsidP="00334685">
      <w:pPr>
        <w:pStyle w:val="Heading1"/>
        <w:ind w:left="2160"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G: Achievements &amp; Recognition</w:t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15. Top five achievements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16. Awards/Recognitions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________________________________________________________________________</w:t>
      </w:r>
      <w:r>
        <w:rPr>
          <w:rFonts w:ascii="Trebuchet MS" w:hAnsi="Trebuchet MS"/>
          <w:sz w:val="20"/>
          <w:szCs w:val="20"/>
        </w:rPr>
        <w:t>___________________________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ListBullet"/>
        <w:numPr>
          <w:ilvl w:val="0"/>
          <w:numId w:val="0"/>
        </w:numPr>
        <w:ind w:left="360" w:hanging="36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17. Supporting links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_____________________________________</w:t>
      </w:r>
      <w:r w:rsidRPr="00194062">
        <w:rPr>
          <w:rFonts w:ascii="Trebuchet MS" w:hAnsi="Trebuchet MS"/>
          <w:sz w:val="20"/>
          <w:szCs w:val="20"/>
        </w:rPr>
        <w:t>___________________________________</w:t>
      </w:r>
      <w:r>
        <w:rPr>
          <w:rFonts w:ascii="Trebuchet MS" w:hAnsi="Trebuchet MS"/>
          <w:sz w:val="20"/>
          <w:szCs w:val="20"/>
        </w:rPr>
        <w:t>___________________________</w:t>
      </w:r>
      <w:r w:rsidRPr="00194062">
        <w:rPr>
          <w:rFonts w:ascii="Trebuchet MS" w:hAnsi="Trebuchet MS"/>
          <w:sz w:val="20"/>
          <w:szCs w:val="20"/>
        </w:rPr>
        <w:br/>
      </w:r>
    </w:p>
    <w:p w:rsidR="00D450E4" w:rsidRPr="00194062" w:rsidRDefault="00513B68" w:rsidP="00334685">
      <w:pPr>
        <w:pStyle w:val="Heading1"/>
        <w:ind w:left="2160" w:firstLine="72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H: Supporting Documents</w:t>
      </w:r>
    </w:p>
    <w:p w:rsidR="00334685" w:rsidRPr="00334685" w:rsidRDefault="00334685" w:rsidP="00334685">
      <w:pPr>
        <w:pStyle w:val="Heading1"/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</w:pPr>
      <w:r w:rsidRPr="00334685"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  <w:t>Upload</w:t>
      </w:r>
    </w:p>
    <w:p w:rsidR="00334685" w:rsidRDefault="00334685" w:rsidP="00334685">
      <w:pPr>
        <w:pStyle w:val="Heading1"/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</w:pPr>
      <w:r w:rsidRPr="00334685"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  <w:t xml:space="preserve">Impact Report, Annual Report, CSR Report (if applicable), Case Studies, Testimonials, Media Coverage, Photos, Videos, Certifications – any 3 documents – </w:t>
      </w:r>
      <w:proofErr w:type="gramStart"/>
      <w:r w:rsidRPr="00334685"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  <w:t>1 page</w:t>
      </w:r>
      <w:proofErr w:type="gramEnd"/>
      <w:r w:rsidRPr="00334685"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  <w:t xml:space="preserve"> format</w:t>
      </w:r>
      <w:r w:rsidRPr="00334685">
        <w:rPr>
          <w:rFonts w:ascii="Trebuchet MS" w:eastAsiaTheme="minorEastAsia" w:hAnsi="Trebuchet MS" w:cstheme="minorBidi"/>
          <w:b w:val="0"/>
          <w:bCs w:val="0"/>
          <w:color w:val="auto"/>
          <w:sz w:val="20"/>
          <w:szCs w:val="20"/>
        </w:rPr>
        <w:t xml:space="preserve"> </w:t>
      </w:r>
    </w:p>
    <w:p w:rsidR="00D450E4" w:rsidRPr="00194062" w:rsidRDefault="00513B68" w:rsidP="00334685">
      <w:pPr>
        <w:pStyle w:val="Heading1"/>
        <w:ind w:left="2880"/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SECTION I: Declaration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 xml:space="preserve">I declare </w:t>
      </w:r>
      <w:r w:rsidRPr="00194062">
        <w:rPr>
          <w:rFonts w:ascii="Trebuchet MS" w:hAnsi="Trebuchet MS"/>
          <w:sz w:val="20"/>
          <w:szCs w:val="20"/>
        </w:rPr>
        <w:t>that the information submitted is true and authorize BW Businessworld to use non-confidential information for evaluation and awards communications.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Authorized Signatory: __________________________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Designation: __________________________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Organization: _____</w:t>
      </w:r>
      <w:r w:rsidRPr="00194062">
        <w:rPr>
          <w:rFonts w:ascii="Trebuchet MS" w:hAnsi="Trebuchet MS"/>
          <w:sz w:val="20"/>
          <w:szCs w:val="20"/>
        </w:rPr>
        <w:t>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Date: __________________________</w:t>
      </w:r>
    </w:p>
    <w:p w:rsidR="00D450E4" w:rsidRPr="00194062" w:rsidRDefault="00513B68">
      <w:pPr>
        <w:rPr>
          <w:rFonts w:ascii="Trebuchet MS" w:hAnsi="Trebuchet MS"/>
          <w:sz w:val="20"/>
          <w:szCs w:val="20"/>
        </w:rPr>
      </w:pPr>
      <w:r w:rsidRPr="00194062">
        <w:rPr>
          <w:rFonts w:ascii="Trebuchet MS" w:hAnsi="Trebuchet MS"/>
          <w:sz w:val="20"/>
          <w:szCs w:val="20"/>
        </w:rPr>
        <w:t>Signature: __________________________</w:t>
      </w:r>
    </w:p>
    <w:sectPr w:rsidR="00D450E4" w:rsidRPr="00194062" w:rsidSect="00194062">
      <w:pgSz w:w="12240" w:h="15840"/>
      <w:pgMar w:top="426" w:right="616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4062"/>
    <w:rsid w:val="0029639D"/>
    <w:rsid w:val="00326F90"/>
    <w:rsid w:val="00334685"/>
    <w:rsid w:val="00513B68"/>
    <w:rsid w:val="00AA1D8D"/>
    <w:rsid w:val="00B47730"/>
    <w:rsid w:val="00CB0664"/>
    <w:rsid w:val="00D450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023F01"/>
  <w14:defaultImageDpi w14:val="300"/>
  <w15:docId w15:val="{566BC4FF-3D32-4085-82A7-3525139D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4C9A5F-AA6B-401A-B5DC-BF5A12CA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Devika</cp:lastModifiedBy>
  <cp:revision>3</cp:revision>
  <dcterms:created xsi:type="dcterms:W3CDTF">2013-12-23T23:15:00Z</dcterms:created>
  <dcterms:modified xsi:type="dcterms:W3CDTF">2026-07-25T05:04:00Z</dcterms:modified>
  <cp:category/>
</cp:coreProperties>
</file>